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  <w:sz w:val="32"/>
        </w:rPr>
        <w:t>Форма отзыва согласия на обработку персональных данных</w:t>
      </w:r>
    </w:p>
    <w:p>
      <w:pPr>
        <w:jc w:val="center"/>
      </w:pPr>
      <w:r>
        <w:t>Редакция от 18 сентября 2026 года</w:t>
      </w:r>
    </w:p>
    <w:p>
      <w:r>
        <w:t>Оператор: Общество с ограниченной ответственностью «ЮНХЭ», ИНН 5029287676, ОГРН 1245000090543</w:t>
      </w:r>
    </w:p>
    <w:p>
      <w:r>
        <w:t>Юридический адрес: 141008, Московская область, г. о. Мытищи, г. Мытищи, ул. Терешковой, д. 2, к. 1, кв. 103</w:t>
      </w:r>
    </w:p>
    <w:p>
      <w:r>
        <w:t>E-mail: yun.khe@yandex.ru    Телефон: +7 (977) 836-99-22</w:t>
      </w:r>
    </w:p>
    <w:p>
      <w:r>
        <w:rPr>
          <w:rFonts w:ascii="Arial" w:hAnsi="Arial"/>
          <w:b w:val="0"/>
          <w:sz w:val="21"/>
        </w:rPr>
        <w:t>От: ________________________________________________</w:t>
      </w:r>
    </w:p>
    <w:p>
      <w:r>
        <w:rPr>
          <w:rFonts w:ascii="Arial" w:hAnsi="Arial"/>
          <w:b w:val="0"/>
          <w:sz w:val="21"/>
        </w:rPr>
        <w:t>Ф. И. О. субъекта персональных данных</w:t>
      </w:r>
    </w:p>
    <w:p>
      <w:r>
        <w:rPr>
          <w:rFonts w:ascii="Arial" w:hAnsi="Arial"/>
          <w:b w:val="0"/>
          <w:sz w:val="21"/>
        </w:rPr>
        <w:t>Телефон / e-mail, ранее использованный при обращении: _________________________________</w:t>
      </w:r>
    </w:p>
    <w:p>
      <w:r>
        <w:rPr>
          <w:rFonts w:ascii="Arial" w:hAnsi="Arial"/>
          <w:b w:val="0"/>
          <w:sz w:val="21"/>
        </w:rPr>
        <w:t>Дополнительные сведения для идентификации обращения: ________________________________</w:t>
      </w:r>
    </w:p>
    <w:p>
      <w:pPr>
        <w:spacing w:before="120" w:after="60"/>
      </w:pPr>
      <w:r>
        <w:rPr>
          <w:rFonts w:ascii="Arial" w:hAnsi="Arial"/>
          <w:b/>
          <w:sz w:val="25"/>
        </w:rPr>
        <w:t>Отзыв согласия</w:t>
      </w:r>
    </w:p>
    <w:p>
      <w:r>
        <w:t>Руководствуясь Федеральным законом от 27.07.2006 № 152-ФЗ «О персональных данных», отзываю ранее предоставленное ООО «ЮНХЭ» согласие на обработку моих персональных данных.</w:t>
      </w:r>
    </w:p>
    <w:p>
      <w:r>
        <w:rPr>
          <w:rFonts w:ascii="Arial" w:hAnsi="Arial"/>
          <w:b w:val="0"/>
          <w:sz w:val="21"/>
        </w:rPr>
        <w:t>Прошу прекратить обработку персональных данных, основанную на отозванном согласии, а если обработка осуществляется лицом по поручению Оператора — обеспечить прекращение такой обработки и выполнить удаление или уничтожение данных в сроки и порядке, установленные законодательством Российской Федерации.</w:t>
      </w:r>
    </w:p>
    <w:p>
      <w:r>
        <w:rPr>
          <w:rFonts w:ascii="Arial" w:hAnsi="Arial"/>
          <w:b w:val="0"/>
          <w:sz w:val="21"/>
        </w:rPr>
        <w:t>Мне известно, что после отзыва согласия Оператор вправе продолжить обработку тех данных, для которых имеется иное самостоятельное правовое основание, предусмотренное законодательством Российской Федерации.</w:t>
      </w:r>
    </w:p>
    <w:p>
      <w:r>
        <w:rPr>
          <w:rFonts w:ascii="Arial" w:hAnsi="Arial"/>
          <w:b w:val="0"/>
          <w:sz w:val="21"/>
        </w:rPr>
        <w:t>Если отзыв касается только рекламных сообщений, можно указать это отдельно:</w:t>
      </w:r>
    </w:p>
    <w:p>
      <w:r>
        <w:rPr>
          <w:rFonts w:ascii="Arial" w:hAnsi="Arial"/>
          <w:b w:val="0"/>
          <w:sz w:val="21"/>
        </w:rPr>
        <w:t>☐ Отзываю только согласие на получение рекламных и маркетинговых сообщений.</w:t>
      </w:r>
    </w:p>
    <w:p>
      <w:r>
        <w:rPr>
          <w:rFonts w:ascii="Arial" w:hAnsi="Arial"/>
          <w:b w:val="0"/>
          <w:sz w:val="21"/>
        </w:rPr>
        <w:t>☐ Отзываю согласие на обработку персональных данных для обработки заявок/обращений.</w:t>
      </w:r>
    </w:p>
    <w:p>
      <w:r>
        <w:rPr>
          <w:rFonts w:ascii="Arial" w:hAnsi="Arial"/>
          <w:b w:val="0"/>
          <w:sz w:val="21"/>
        </w:rPr>
        <w:t>☐ Иное: __________________________________________________________________________</w:t>
      </w:r>
    </w:p>
    <w:p>
      <w:r>
        <w:rPr>
          <w:rFonts w:ascii="Arial" w:hAnsi="Arial"/>
          <w:b w:val="0"/>
          <w:sz w:val="21"/>
        </w:rPr>
        <w:t>Дата: «___» _____________ 20___ г.          Подпись: __________________ / __________________</w:t>
      </w:r>
    </w:p>
    <w:p>
      <w:r>
        <w:rPr>
          <w:rFonts w:ascii="Arial" w:hAnsi="Arial"/>
          <w:b w:val="0"/>
          <w:sz w:val="21"/>
        </w:rPr>
        <w:t>При направлении отзыва по электронной почте Оператор вправе запросить разумное подтверждение личности и связи заявителя с ранее предоставленными данными для предотвращения неправомерного удаления данных.</w:t>
      </w:r>
    </w:p>
    <w:p>
      <w:r>
        <w:t>Официальные контакты: https://купиавто.online  •  yun.khe@yandex.ru  •  +7 (977) 836-99-22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20" w:right="102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https://купиавто.online  •  yun.khe@yandex.ru  •  +7 (977) 836-99-22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ЮНХЭ  |  ООО «ЮНХЭ»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«ЮНХЭ»</dc:creator>
  <cp:keywords/>
  <dc:description>generated by python-docx</dc:description>
  <cp:lastModifiedBy>ООО «ЮНХЭ»</cp:lastModifiedBy>
  <cp:revision>1</cp:revision>
  <dcterms:created xsi:type="dcterms:W3CDTF">2013-12-23T23:15:00Z</dcterms:created>
  <dcterms:modified xsi:type="dcterms:W3CDTF">2013-12-23T23:15:00Z</dcterms:modified>
  <cp:category/>
</cp:coreProperties>
</file>